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5"/>
        <w:gridCol w:w="994"/>
        <w:gridCol w:w="216"/>
        <w:gridCol w:w="1032"/>
        <w:gridCol w:w="1120"/>
        <w:gridCol w:w="1176"/>
        <w:gridCol w:w="1166"/>
        <w:gridCol w:w="1177"/>
        <w:gridCol w:w="911"/>
        <w:gridCol w:w="1441"/>
        <w:gridCol w:w="658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530E0F" w:rsidRPr="008E5764" w:rsidTr="00E07196">
        <w:tc>
          <w:tcPr>
            <w:tcW w:w="2036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5968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012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crm_id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E07196" w:rsidRPr="008E5764" w:rsidTr="00E07196">
        <w:tc>
          <w:tcPr>
            <w:tcW w:w="2036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968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444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656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E07196" w:rsidRPr="008E5764" w:rsidTr="00E07196">
        <w:tc>
          <w:tcPr>
            <w:tcW w:w="2036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968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444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{received_on}</w:t>
            </w:r>
          </w:p>
        </w:tc>
        <w:tc>
          <w:tcPr>
            <w:tcW w:w="656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2036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968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444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attended_on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656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2036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968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444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cognised_on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656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530E0F" w:rsidRPr="008E5764" w:rsidTr="00E07196">
        <w:tc>
          <w:tcPr>
            <w:tcW w:w="682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{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customer_name_address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}</w:t>
            </w:r>
          </w:p>
        </w:tc>
        <w:tc>
          <w:tcPr>
            <w:tcW w:w="1178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012" w:type="dxa"/>
            <w:gridSpan w:val="3"/>
          </w:tcPr>
          <w:p w:rsidR="003F2D4D" w:rsidRPr="007F6F22" w:rsidRDefault="00B96AC1" w:rsidP="00465CF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F6F22">
              <w:rPr>
                <w:rFonts w:ascii="Calibri" w:hAnsi="Calibri" w:cs="Calibri"/>
                <w:sz w:val="18"/>
                <w:szCs w:val="18"/>
              </w:rPr>
              <w:t>{</w:t>
            </w:r>
            <w:r w:rsidR="002F6812" w:rsidRPr="007F6F22">
              <w:rPr>
                <w:rFonts w:ascii="Calibri" w:hAnsi="Calibri" w:cs="Calibri"/>
                <w:sz w:val="18"/>
                <w:szCs w:val="18"/>
              </w:rPr>
              <w:t>customer_contact_person</w:t>
            </w:r>
            <w:r w:rsidRPr="007F6F22">
              <w:rPr>
                <w:rFonts w:ascii="Calibri" w:hAnsi="Calibri" w:cs="Calibri"/>
                <w:sz w:val="18"/>
                <w:szCs w:val="18"/>
              </w:rPr>
              <w:t>}</w:t>
            </w:r>
          </w:p>
        </w:tc>
      </w:tr>
      <w:tr w:rsidR="00530E0F" w:rsidRPr="008E5764" w:rsidTr="00E07196">
        <w:tc>
          <w:tcPr>
            <w:tcW w:w="682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8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012" w:type="dxa"/>
            <w:gridSpan w:val="3"/>
          </w:tcPr>
          <w:p w:rsidR="003F2D4D" w:rsidRPr="007F6F22" w:rsidRDefault="00B96AC1" w:rsidP="00465CF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F6F22">
              <w:rPr>
                <w:rFonts w:ascii="Calibri" w:hAnsi="Calibri" w:cs="Calibri"/>
                <w:sz w:val="18"/>
                <w:szCs w:val="18"/>
              </w:rPr>
              <w:t>{</w:t>
            </w:r>
            <w:r w:rsidR="002F6812" w:rsidRPr="007F6F22">
              <w:rPr>
                <w:rFonts w:ascii="Calibri" w:hAnsi="Calibri" w:cs="Calibri"/>
                <w:sz w:val="18"/>
                <w:szCs w:val="18"/>
              </w:rPr>
              <w:t>customer_contact_number</w:t>
            </w:r>
            <w:r w:rsidRPr="007F6F22">
              <w:rPr>
                <w:rFonts w:ascii="Calibri" w:hAnsi="Calibri" w:cs="Calibri"/>
                <w:sz w:val="18"/>
                <w:szCs w:val="18"/>
              </w:rPr>
              <w:t>}</w:t>
            </w:r>
          </w:p>
        </w:tc>
      </w:tr>
      <w:tr w:rsidR="00530E0F" w:rsidRPr="008E5764" w:rsidTr="00E07196">
        <w:tc>
          <w:tcPr>
            <w:tcW w:w="682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8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012" w:type="dxa"/>
            <w:gridSpan w:val="3"/>
          </w:tcPr>
          <w:p w:rsidR="003F2D4D" w:rsidRPr="007F6F22" w:rsidRDefault="00B96AC1" w:rsidP="00465CF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F6F22">
              <w:rPr>
                <w:rFonts w:ascii="Calibri" w:hAnsi="Calibri" w:cs="Calibri"/>
                <w:sz w:val="18"/>
                <w:szCs w:val="18"/>
              </w:rPr>
              <w:t>{</w:t>
            </w:r>
            <w:r w:rsidR="002F6812" w:rsidRPr="007F6F22">
              <w:rPr>
                <w:rFonts w:ascii="Calibri" w:hAnsi="Calibri" w:cs="Calibri"/>
                <w:sz w:val="18"/>
                <w:szCs w:val="18"/>
              </w:rPr>
              <w:t>customer_email_id</w:t>
            </w:r>
            <w:r w:rsidRPr="007F6F22">
              <w:rPr>
                <w:rFonts w:ascii="Calibri" w:hAnsi="Calibri" w:cs="Calibri"/>
                <w:sz w:val="18"/>
                <w:szCs w:val="18"/>
              </w:rPr>
              <w:t>}</w:t>
            </w:r>
          </w:p>
        </w:tc>
      </w:tr>
      <w:tr w:rsidR="00530E0F" w:rsidRPr="008E5764" w:rsidTr="00E07196">
        <w:tc>
          <w:tcPr>
            <w:tcW w:w="682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8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012" w:type="dxa"/>
            <w:gridSpan w:val="3"/>
          </w:tcPr>
          <w:p w:rsidR="003F2D4D" w:rsidRPr="007F6F22" w:rsidRDefault="00B96AC1" w:rsidP="00465CF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F6F22">
              <w:rPr>
                <w:rFonts w:ascii="Calibri" w:hAnsi="Calibri" w:cs="Calibri"/>
                <w:sz w:val="18"/>
                <w:szCs w:val="18"/>
              </w:rPr>
              <w:t>{</w:t>
            </w:r>
            <w:r w:rsidR="002F6812" w:rsidRPr="007F6F22">
              <w:rPr>
                <w:rFonts w:ascii="Calibri" w:hAnsi="Calibri" w:cs="Calibri"/>
                <w:sz w:val="18"/>
                <w:szCs w:val="18"/>
              </w:rPr>
              <w:t>customer_website</w:t>
            </w:r>
            <w:r w:rsidRPr="007F6F22">
              <w:rPr>
                <w:rFonts w:ascii="Calibri" w:hAnsi="Calibri" w:cs="Calibri"/>
                <w:sz w:val="18"/>
                <w:szCs w:val="18"/>
              </w:rPr>
              <w:t>}</w:t>
            </w:r>
          </w:p>
        </w:tc>
      </w:tr>
      <w:tr w:rsidR="003F2D4D" w:rsidRPr="00FE4D7F" w:rsidTr="00137FDF">
        <w:tc>
          <w:tcPr>
            <w:tcW w:w="11016" w:type="dxa"/>
            <w:gridSpan w:val="11"/>
          </w:tcPr>
          <w:p w:rsidR="003F2D4D" w:rsidRPr="00FE4D7F" w:rsidRDefault="003F2D4D" w:rsidP="003F2D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Nature of Complaints: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equipment_nature_of_complaints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c>
          <w:tcPr>
            <w:tcW w:w="4483" w:type="dxa"/>
            <w:gridSpan w:val="5"/>
          </w:tcPr>
          <w:p w:rsidR="003F2D4D" w:rsidRPr="00FE4D7F" w:rsidRDefault="003F2D4D" w:rsidP="003F2D4D">
            <w:pPr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Serial Number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serial_number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  <w:tc>
          <w:tcPr>
            <w:tcW w:w="3521" w:type="dxa"/>
            <w:gridSpan w:val="3"/>
          </w:tcPr>
          <w:p w:rsidR="003F2D4D" w:rsidRPr="00FE4D7F" w:rsidRDefault="003F2D4D" w:rsidP="003F2D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Model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ED500A" w:rsidRPr="00FE4D7F">
              <w:rPr>
                <w:rFonts w:ascii="Calibri" w:hAnsi="Calibri" w:cs="Calibri"/>
                <w:sz w:val="20"/>
                <w:szCs w:val="20"/>
              </w:rPr>
              <w:t>equipment_model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  <w:tc>
          <w:tcPr>
            <w:tcW w:w="3012" w:type="dxa"/>
            <w:gridSpan w:val="3"/>
          </w:tcPr>
          <w:p w:rsidR="003F2D4D" w:rsidRPr="00FE4D7F" w:rsidRDefault="003F2D4D" w:rsidP="003F2D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Capic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ED500A" w:rsidRPr="00FE4D7F">
              <w:rPr>
                <w:rFonts w:ascii="Calibri" w:hAnsi="Calibri" w:cs="Calibri"/>
                <w:sz w:val="20"/>
                <w:szCs w:val="20"/>
              </w:rPr>
              <w:t>equipment_capic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3F2D4D" w:rsidRPr="00FE4D7F" w:rsidTr="003519B3">
        <w:tc>
          <w:tcPr>
            <w:tcW w:w="11016" w:type="dxa"/>
            <w:gridSpan w:val="11"/>
          </w:tcPr>
          <w:p w:rsidR="003F2D4D" w:rsidRPr="00FE4D7F" w:rsidRDefault="003F2D4D" w:rsidP="003F2D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Product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equipment_product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3F2D4D" w:rsidRPr="00FE4D7F" w:rsidTr="00710C67">
        <w:tc>
          <w:tcPr>
            <w:tcW w:w="11016" w:type="dxa"/>
            <w:gridSpan w:val="11"/>
          </w:tcPr>
          <w:p w:rsidR="003F2D4D" w:rsidRPr="00FE4D7F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Configuration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equipment_configuration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3F2D4D" w:rsidRPr="00FE4D7F" w:rsidTr="0033313B">
        <w:tc>
          <w:tcPr>
            <w:tcW w:w="11016" w:type="dxa"/>
            <w:gridSpan w:val="11"/>
          </w:tcPr>
          <w:p w:rsidR="003F2D4D" w:rsidRPr="00FE4D7F" w:rsidRDefault="003F2D4D" w:rsidP="003F2D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Battery Details</w:t>
            </w:r>
            <w:r w:rsidR="00B96AC1"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: 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equipment_battery_details</w:t>
            </w:r>
            <w:r w:rsidR="00B96AC1"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c>
          <w:tcPr>
            <w:tcW w:w="1124" w:type="dxa"/>
          </w:tcPr>
          <w:p w:rsidR="00B96AC1" w:rsidRPr="00FE4D7F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Type of Faults</w:t>
            </w:r>
          </w:p>
        </w:tc>
        <w:tc>
          <w:tcPr>
            <w:tcW w:w="9892" w:type="dxa"/>
            <w:gridSpan w:val="10"/>
          </w:tcPr>
          <w:p w:rsidR="00B96AC1" w:rsidRPr="00FE4D7F" w:rsidRDefault="00B96AC1" w:rsidP="00B96AC1">
            <w:pPr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equipment_type_of_faults</w:t>
            </w:r>
            <w:r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rPr>
          <w:trHeight w:val="376"/>
        </w:trPr>
        <w:tc>
          <w:tcPr>
            <w:tcW w:w="2252" w:type="dxa"/>
            <w:gridSpan w:val="3"/>
          </w:tcPr>
          <w:p w:rsidR="003F2D4D" w:rsidRPr="00FE4D7F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Complaint Details</w:t>
            </w:r>
          </w:p>
        </w:tc>
        <w:tc>
          <w:tcPr>
            <w:tcW w:w="8764" w:type="dxa"/>
            <w:gridSpan w:val="8"/>
          </w:tcPr>
          <w:p w:rsidR="003F2D4D" w:rsidRPr="00FE4D7F" w:rsidRDefault="00B96AC1" w:rsidP="00B96AC1">
            <w:pPr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complaint_details</w:t>
            </w:r>
            <w:r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rPr>
          <w:trHeight w:val="376"/>
        </w:trPr>
        <w:tc>
          <w:tcPr>
            <w:tcW w:w="2252" w:type="dxa"/>
            <w:gridSpan w:val="3"/>
          </w:tcPr>
          <w:p w:rsidR="003F2D4D" w:rsidRPr="00FE4D7F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Diagnosis / Observation:</w:t>
            </w:r>
          </w:p>
        </w:tc>
        <w:tc>
          <w:tcPr>
            <w:tcW w:w="8764" w:type="dxa"/>
            <w:gridSpan w:val="8"/>
          </w:tcPr>
          <w:p w:rsidR="003F2D4D" w:rsidRPr="00FE4D7F" w:rsidRDefault="00B96AC1" w:rsidP="00B96AC1">
            <w:pPr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complaint_diagnosis_observation</w:t>
            </w:r>
            <w:r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rPr>
          <w:trHeight w:val="376"/>
        </w:trPr>
        <w:tc>
          <w:tcPr>
            <w:tcW w:w="2252" w:type="dxa"/>
            <w:gridSpan w:val="3"/>
          </w:tcPr>
          <w:p w:rsidR="003F2D4D" w:rsidRPr="00FE4D7F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Collective Action / Remarks</w:t>
            </w:r>
          </w:p>
        </w:tc>
        <w:tc>
          <w:tcPr>
            <w:tcW w:w="8764" w:type="dxa"/>
            <w:gridSpan w:val="8"/>
          </w:tcPr>
          <w:p w:rsidR="003F2D4D" w:rsidRPr="00FE4D7F" w:rsidRDefault="00B96AC1" w:rsidP="00B96AC1">
            <w:pPr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</w:t>
            </w:r>
            <w:r w:rsidR="002F6812" w:rsidRPr="00FE4D7F">
              <w:rPr>
                <w:rFonts w:ascii="Calibri" w:hAnsi="Calibri" w:cs="Calibri"/>
                <w:sz w:val="20"/>
                <w:szCs w:val="20"/>
              </w:rPr>
              <w:t>complaint_collective_action_remarks</w:t>
            </w:r>
            <w:r w:rsidRPr="00FE4D7F">
              <w:rPr>
                <w:rFonts w:ascii="Calibri" w:hAnsi="Calibri" w:cs="Calibri"/>
                <w:sz w:val="20"/>
                <w:szCs w:val="20"/>
              </w:rPr>
              <w:t>}</w:t>
            </w:r>
          </w:p>
        </w:tc>
      </w:tr>
      <w:tr w:rsidR="00530E0F" w:rsidRPr="00FE4D7F" w:rsidTr="00E07196">
        <w:tc>
          <w:tcPr>
            <w:tcW w:w="1124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4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I/P Volts</w:t>
            </w:r>
          </w:p>
        </w:tc>
        <w:tc>
          <w:tcPr>
            <w:tcW w:w="3521" w:type="dxa"/>
            <w:gridSpan w:val="3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O/P Volts</w:t>
            </w:r>
          </w:p>
        </w:tc>
        <w:tc>
          <w:tcPr>
            <w:tcW w:w="3012" w:type="dxa"/>
            <w:gridSpan w:val="3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Battery</w:t>
            </w:r>
          </w:p>
        </w:tc>
      </w:tr>
      <w:tr w:rsidR="00E07196" w:rsidRPr="00FE4D7F" w:rsidTr="00E07196">
        <w:tc>
          <w:tcPr>
            <w:tcW w:w="1124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Important</w:t>
            </w:r>
          </w:p>
        </w:tc>
        <w:tc>
          <w:tcPr>
            <w:tcW w:w="1128" w:type="dxa"/>
            <w:gridSpan w:val="2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RN</w:t>
            </w:r>
          </w:p>
        </w:tc>
        <w:tc>
          <w:tcPr>
            <w:tcW w:w="1110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YN</w:t>
            </w:r>
          </w:p>
        </w:tc>
        <w:tc>
          <w:tcPr>
            <w:tcW w:w="1121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BN</w:t>
            </w:r>
          </w:p>
        </w:tc>
        <w:tc>
          <w:tcPr>
            <w:tcW w:w="1177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RN</w:t>
            </w:r>
          </w:p>
        </w:tc>
        <w:tc>
          <w:tcPr>
            <w:tcW w:w="1166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YN</w:t>
            </w:r>
          </w:p>
        </w:tc>
        <w:tc>
          <w:tcPr>
            <w:tcW w:w="1178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BN</w:t>
            </w:r>
          </w:p>
        </w:tc>
        <w:tc>
          <w:tcPr>
            <w:tcW w:w="912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VOLT</w:t>
            </w:r>
          </w:p>
        </w:tc>
        <w:tc>
          <w:tcPr>
            <w:tcW w:w="2100" w:type="dxa"/>
            <w:gridSpan w:val="2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AMP</w:t>
            </w:r>
          </w:p>
        </w:tc>
      </w:tr>
      <w:tr w:rsidR="00E07196" w:rsidRPr="00FE4D7F" w:rsidTr="00E07196">
        <w:tc>
          <w:tcPr>
            <w:tcW w:w="1124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1128" w:type="dxa"/>
            <w:gridSpan w:val="2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{ip_vol_RN}</w:t>
            </w:r>
          </w:p>
        </w:tc>
        <w:tc>
          <w:tcPr>
            <w:tcW w:w="1110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{ip_vol_YN}</w:t>
            </w:r>
          </w:p>
        </w:tc>
        <w:tc>
          <w:tcPr>
            <w:tcW w:w="1121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{ip_vol_BN}</w:t>
            </w:r>
          </w:p>
        </w:tc>
        <w:tc>
          <w:tcPr>
            <w:tcW w:w="1177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{op_vol_RN}</w:t>
            </w:r>
          </w:p>
        </w:tc>
        <w:tc>
          <w:tcPr>
            <w:tcW w:w="1166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{op_vol_YN}</w:t>
            </w:r>
          </w:p>
        </w:tc>
        <w:tc>
          <w:tcPr>
            <w:tcW w:w="1178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{op_vol_BN}</w:t>
            </w:r>
          </w:p>
        </w:tc>
        <w:tc>
          <w:tcPr>
            <w:tcW w:w="912" w:type="dxa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{bat_vol}</w:t>
            </w:r>
          </w:p>
        </w:tc>
        <w:tc>
          <w:tcPr>
            <w:tcW w:w="2100" w:type="dxa"/>
            <w:gridSpan w:val="2"/>
          </w:tcPr>
          <w:p w:rsidR="00FE4D7F" w:rsidRPr="00FE4D7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E4D7F">
              <w:rPr>
                <w:rFonts w:ascii="Calibri" w:hAnsi="Calibri" w:cs="Calibri"/>
                <w:sz w:val="20"/>
                <w:szCs w:val="20"/>
              </w:rPr>
              <w:t>{bat_amp}</w:t>
            </w:r>
          </w:p>
        </w:tc>
      </w:tr>
      <w:tr w:rsidR="00FE4D7F" w:rsidRPr="008E5764" w:rsidTr="00B46F8C">
        <w:tc>
          <w:tcPr>
            <w:tcW w:w="11016" w:type="dxa"/>
            <w:gridSpan w:val="11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92" w:type="dxa"/>
            <w:gridSpan w:val="8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00" w:type="dxa"/>
            <w:gridSpan w:val="2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{comp_replacedDesc1}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{comp_replacedQnt1}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{comp_replacedDesc2}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{comp_replacedQnt2}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{comp_replacedDesc3}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{comp_replacedQnt3}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{comp_replacedDesc4}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{comp_replacedQnt4}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{comp_replacedDesc5}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{comp_replacedQnt5}</w:t>
            </w:r>
          </w:p>
        </w:tc>
      </w:tr>
      <w:tr w:rsidR="00FE4D7F" w:rsidRPr="008E5764" w:rsidTr="0020256A">
        <w:tc>
          <w:tcPr>
            <w:tcW w:w="11016" w:type="dxa"/>
            <w:gridSpan w:val="11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92" w:type="dxa"/>
            <w:gridSpan w:val="8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00" w:type="dxa"/>
            <w:gridSpan w:val="2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{comp_need_replaceDesc1}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{comp_need_replaceQnt1}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{comp_need_replaceDesc2}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{comp_need_replaceQnt2}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{comp_need_replaceDesc3}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{comp_need_replaceQnt3}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{comp_need_replaceDesc4}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{comp_need_replaceQnt4}</w:t>
            </w:r>
          </w:p>
        </w:tc>
      </w:tr>
      <w:tr w:rsidR="00530E0F" w:rsidRPr="008E5764" w:rsidTr="00E07196">
        <w:tc>
          <w:tcPr>
            <w:tcW w:w="1124" w:type="dxa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792" w:type="dxa"/>
            <w:gridSpan w:val="8"/>
          </w:tcPr>
          <w:p w:rsidR="00FE4D7F" w:rsidRPr="00530E0F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{comp_need_replaceDesc5}</w:t>
            </w:r>
          </w:p>
        </w:tc>
        <w:tc>
          <w:tcPr>
            <w:tcW w:w="2100" w:type="dxa"/>
            <w:gridSpan w:val="2"/>
          </w:tcPr>
          <w:p w:rsidR="00FE4D7F" w:rsidRPr="00530E0F" w:rsidRDefault="00FE4D7F" w:rsidP="00FE4D7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{comp_need_replaceQnt5}</w:t>
            </w:r>
          </w:p>
        </w:tc>
      </w:tr>
      <w:tr w:rsidR="00FE4D7F" w:rsidRPr="008E5764" w:rsidTr="00DD3714">
        <w:trPr>
          <w:trHeight w:val="376"/>
        </w:trPr>
        <w:tc>
          <w:tcPr>
            <w:tcW w:w="11016" w:type="dxa"/>
            <w:gridSpan w:val="11"/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7F6F22">
              <w:rPr>
                <w:rFonts w:ascii="Calibri" w:hAnsi="Calibri" w:cs="Calibri"/>
                <w:sz w:val="18"/>
                <w:szCs w:val="18"/>
              </w:rPr>
              <w:t>{technical_suggestion}</w:t>
            </w:r>
          </w:p>
        </w:tc>
      </w:tr>
      <w:tr w:rsidR="00E07196" w:rsidRPr="008E5764" w:rsidTr="00E07196">
        <w:trPr>
          <w:trHeight w:val="376"/>
        </w:trPr>
        <w:tc>
          <w:tcPr>
            <w:tcW w:w="2252" w:type="dxa"/>
            <w:gridSpan w:val="3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764" w:type="dxa"/>
            <w:gridSpan w:val="8"/>
          </w:tcPr>
          <w:p w:rsidR="00FE4D7F" w:rsidRPr="007F6F22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7F6F22">
              <w:rPr>
                <w:rFonts w:ascii="Calibri" w:hAnsi="Calibri" w:cs="Calibri"/>
                <w:sz w:val="18"/>
                <w:szCs w:val="18"/>
              </w:rPr>
              <w:t>{customer_comment}</w:t>
            </w:r>
          </w:p>
        </w:tc>
      </w:tr>
      <w:tr w:rsidR="008A245F" w:rsidRPr="008E5764" w:rsidTr="008937C6">
        <w:tc>
          <w:tcPr>
            <w:tcW w:w="11016" w:type="dxa"/>
            <w:gridSpan w:val="11"/>
          </w:tcPr>
          <w:p w:rsidR="008A245F" w:rsidRPr="008E5764" w:rsidRDefault="008A245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A245F" w:rsidRPr="008E5764" w:rsidTr="008937C6">
        <w:tc>
          <w:tcPr>
            <w:tcW w:w="11016" w:type="dxa"/>
            <w:gridSpan w:val="11"/>
          </w:tcPr>
          <w:p w:rsidR="008A245F" w:rsidRPr="008E5764" w:rsidRDefault="008A245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FE4D7F" w:rsidRPr="008E5764" w:rsidTr="008937C6">
        <w:tc>
          <w:tcPr>
            <w:tcW w:w="11016" w:type="dxa"/>
            <w:gridSpan w:val="11"/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8A245F" w:rsidRPr="008E5764" w:rsidTr="008937C6">
        <w:tc>
          <w:tcPr>
            <w:tcW w:w="11016" w:type="dxa"/>
            <w:gridSpan w:val="11"/>
          </w:tcPr>
          <w:p w:rsidR="008A245F" w:rsidRPr="008E5764" w:rsidRDefault="008A245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A245F" w:rsidRPr="008E5764" w:rsidTr="008937C6">
        <w:tc>
          <w:tcPr>
            <w:tcW w:w="11016" w:type="dxa"/>
            <w:gridSpan w:val="11"/>
          </w:tcPr>
          <w:p w:rsidR="008A245F" w:rsidRPr="008E5764" w:rsidRDefault="008A245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530E0F" w:rsidRPr="008E5764" w:rsidTr="00E07196">
        <w:trPr>
          <w:trHeight w:val="376"/>
        </w:trPr>
        <w:tc>
          <w:tcPr>
            <w:tcW w:w="3362" w:type="dxa"/>
            <w:gridSpan w:val="4"/>
            <w:vMerge w:val="restart"/>
          </w:tcPr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Customer Sign &amp; Seal</w:t>
            </w:r>
          </w:p>
          <w:p w:rsidR="00FE4D7F" w:rsidRPr="00617190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{customer_sign_seal}</w:t>
            </w: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FE4D7F" w:rsidRPr="00617190" w:rsidRDefault="00FE4D7F" w:rsidP="0086083B">
            <w:pPr>
              <w:tabs>
                <w:tab w:val="right" w:pos="3151"/>
              </w:tabs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Contact Name: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{contact_name}</w:t>
            </w:r>
            <w:r w:rsidR="0086083B">
              <w:rPr>
                <w:rFonts w:ascii="Calibri" w:hAnsi="Calibri" w:cs="Calibri"/>
                <w:sz w:val="18"/>
                <w:szCs w:val="18"/>
              </w:rPr>
              <w:tab/>
            </w: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Designation: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{contact_designation}</w:t>
            </w:r>
          </w:p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Contact Number: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{contact_number}</w:t>
            </w:r>
          </w:p>
        </w:tc>
        <w:tc>
          <w:tcPr>
            <w:tcW w:w="2298" w:type="dxa"/>
            <w:gridSpan w:val="2"/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1166" w:type="dxa"/>
          </w:tcPr>
          <w:p w:rsidR="00FE4D7F" w:rsidRPr="00B96AC1" w:rsidRDefault="00FE4D7F" w:rsidP="00FE4D7F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eq_is_ok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190" w:type="dxa"/>
            <w:gridSpan w:val="4"/>
            <w:vMerge w:val="restart"/>
          </w:tcPr>
          <w:p w:rsidR="00FE4D7F" w:rsidRPr="00617190" w:rsidRDefault="00FE4D7F" w:rsidP="00FE4D7F">
            <w:pPr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Connected </w:t>
            </w:r>
            <w:proofErr w:type="gramStart"/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Load:-</w:t>
            </w:r>
            <w:proofErr w:type="gramEnd"/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{connected_load}</w:t>
            </w: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Engineer Name: {engineer_name}</w:t>
            </w:r>
          </w:p>
          <w:p w:rsidR="00FE4D7F" w:rsidRPr="00617190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Engineer Contact: {engineer_contact}</w:t>
            </w:r>
          </w:p>
          <w:p w:rsidR="00FE4D7F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FE4D7F" w:rsidRPr="00992D95" w:rsidRDefault="00FE4D7F" w:rsidP="00FE4D7F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>{engineer_digital_signature}</w:t>
            </w:r>
          </w:p>
        </w:tc>
      </w:tr>
      <w:tr w:rsidR="00530E0F" w:rsidRPr="008E5764" w:rsidTr="00E07196">
        <w:trPr>
          <w:trHeight w:val="376"/>
        </w:trPr>
        <w:tc>
          <w:tcPr>
            <w:tcW w:w="3362" w:type="dxa"/>
            <w:gridSpan w:val="4"/>
            <w:vMerge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8" w:type="dxa"/>
            <w:gridSpan w:val="2"/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1166" w:type="dxa"/>
          </w:tcPr>
          <w:p w:rsidR="00FE4D7F" w:rsidRPr="00B96AC1" w:rsidRDefault="00FE4D7F" w:rsidP="00FE4D7F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{eq_n_ok}</w:t>
            </w:r>
          </w:p>
        </w:tc>
        <w:tc>
          <w:tcPr>
            <w:tcW w:w="4190" w:type="dxa"/>
            <w:gridSpan w:val="4"/>
            <w:vMerge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530E0F" w:rsidRPr="008E5764" w:rsidTr="00E07196">
        <w:trPr>
          <w:trHeight w:val="400"/>
        </w:trPr>
        <w:tc>
          <w:tcPr>
            <w:tcW w:w="3362" w:type="dxa"/>
            <w:gridSpan w:val="4"/>
            <w:vMerge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8" w:type="dxa"/>
            <w:gridSpan w:val="2"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:rsidR="00FE4D7F" w:rsidRPr="00B96AC1" w:rsidRDefault="00FE4D7F" w:rsidP="00FE4D7F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{CCO}</w:t>
            </w:r>
          </w:p>
        </w:tc>
        <w:tc>
          <w:tcPr>
            <w:tcW w:w="4190" w:type="dxa"/>
            <w:gridSpan w:val="4"/>
            <w:vMerge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530E0F" w:rsidRPr="008E5764" w:rsidTr="00E07196">
        <w:trPr>
          <w:trHeight w:val="183"/>
        </w:trPr>
        <w:tc>
          <w:tcPr>
            <w:tcW w:w="3362" w:type="dxa"/>
            <w:gridSpan w:val="4"/>
            <w:vMerge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8" w:type="dxa"/>
            <w:gridSpan w:val="2"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:rsidR="00FE4D7F" w:rsidRPr="00B96AC1" w:rsidRDefault="00FE4D7F" w:rsidP="00FE4D7F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{CC}</w:t>
            </w:r>
          </w:p>
        </w:tc>
        <w:tc>
          <w:tcPr>
            <w:tcW w:w="4190" w:type="dxa"/>
            <w:gridSpan w:val="4"/>
            <w:vMerge/>
            <w:tcBorders>
              <w:bottom w:val="single" w:sz="4" w:space="0" w:color="auto"/>
            </w:tcBorders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530E0F" w:rsidRPr="008E5764" w:rsidTr="00E07196">
        <w:trPr>
          <w:trHeight w:val="762"/>
        </w:trPr>
        <w:tc>
          <w:tcPr>
            <w:tcW w:w="4483" w:type="dxa"/>
            <w:gridSpan w:val="5"/>
            <w:vAlign w:val="center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lastRenderedPageBreak/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521" w:type="dxa"/>
            <w:gridSpan w:val="3"/>
            <w:vAlign w:val="center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012" w:type="dxa"/>
            <w:gridSpan w:val="3"/>
            <w:vAlign w:val="center"/>
          </w:tcPr>
          <w:p w:rsidR="00FE4D7F" w:rsidRPr="008E5764" w:rsidRDefault="00FE4D7F" w:rsidP="00FE4D7F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tbl>
      <w:tblPr>
        <w:tblStyle w:val="TableGrid"/>
        <w:tblpPr w:leftFromText="180" w:rightFromText="180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1125"/>
        <w:gridCol w:w="952"/>
        <w:gridCol w:w="216"/>
        <w:gridCol w:w="1074"/>
        <w:gridCol w:w="1120"/>
        <w:gridCol w:w="1176"/>
        <w:gridCol w:w="1166"/>
        <w:gridCol w:w="1177"/>
        <w:gridCol w:w="911"/>
        <w:gridCol w:w="1481"/>
        <w:gridCol w:w="618"/>
      </w:tblGrid>
      <w:tr w:rsidR="00E07196" w:rsidRPr="008E5764" w:rsidTr="00E07196">
        <w:tc>
          <w:tcPr>
            <w:tcW w:w="11016" w:type="dxa"/>
            <w:gridSpan w:val="11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E07196" w:rsidRPr="008E5764" w:rsidTr="00E07196">
        <w:tc>
          <w:tcPr>
            <w:tcW w:w="2119" w:type="dxa"/>
            <w:gridSpan w:val="2"/>
            <w:vMerge w:val="restart"/>
            <w:tcBorders>
              <w:right w:val="nil"/>
            </w:tcBorders>
          </w:tcPr>
          <w:p w:rsidR="00E07196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B7A08DD" wp14:editId="43B302F7">
                  <wp:extent cx="1121308" cy="649538"/>
                  <wp:effectExtent l="0" t="0" r="0" b="0"/>
                  <wp:docPr id="124422203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7196" w:rsidRPr="009A590D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5887" w:type="dxa"/>
            <w:gridSpan w:val="6"/>
            <w:vMerge w:val="restart"/>
            <w:tcBorders>
              <w:lef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E07196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E07196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010" w:type="dxa"/>
            <w:gridSpan w:val="3"/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crm_id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E07196" w:rsidRPr="008E5764" w:rsidTr="00E07196">
        <w:tc>
          <w:tcPr>
            <w:tcW w:w="2119" w:type="dxa"/>
            <w:gridSpan w:val="2"/>
            <w:vMerge/>
            <w:tcBorders>
              <w:righ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887" w:type="dxa"/>
            <w:gridSpan w:val="6"/>
            <w:vMerge/>
            <w:tcBorders>
              <w:lef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1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481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618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E07196" w:rsidRPr="008E5764" w:rsidTr="00E07196">
        <w:tc>
          <w:tcPr>
            <w:tcW w:w="2119" w:type="dxa"/>
            <w:gridSpan w:val="2"/>
            <w:vMerge/>
            <w:tcBorders>
              <w:righ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887" w:type="dxa"/>
            <w:gridSpan w:val="6"/>
            <w:vMerge/>
            <w:tcBorders>
              <w:lef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1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48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{received_on}</w:t>
            </w:r>
          </w:p>
        </w:tc>
        <w:tc>
          <w:tcPr>
            <w:tcW w:w="618" w:type="dxa"/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2119" w:type="dxa"/>
            <w:gridSpan w:val="2"/>
            <w:vMerge/>
            <w:tcBorders>
              <w:righ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887" w:type="dxa"/>
            <w:gridSpan w:val="6"/>
            <w:vMerge/>
            <w:tcBorders>
              <w:left w:val="nil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1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48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{attended_on}</w:t>
            </w:r>
          </w:p>
        </w:tc>
        <w:tc>
          <w:tcPr>
            <w:tcW w:w="618" w:type="dxa"/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2119" w:type="dxa"/>
            <w:gridSpan w:val="2"/>
            <w:vMerge/>
            <w:tcBorders>
              <w:right w:val="nil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5887" w:type="dxa"/>
            <w:gridSpan w:val="6"/>
            <w:vMerge/>
            <w:tcBorders>
              <w:left w:val="nil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11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48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{cognised_on}</w:t>
            </w:r>
          </w:p>
        </w:tc>
        <w:tc>
          <w:tcPr>
            <w:tcW w:w="618" w:type="dxa"/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6829" w:type="dxa"/>
            <w:gridSpan w:val="7"/>
            <w:vMerge w:val="restart"/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{</w:t>
            </w:r>
            <w:proofErr w:type="gramEnd"/>
            <w:r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customer_name_address}</w:t>
            </w:r>
          </w:p>
        </w:tc>
        <w:tc>
          <w:tcPr>
            <w:tcW w:w="1177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010" w:type="dxa"/>
            <w:gridSpan w:val="3"/>
          </w:tcPr>
          <w:p w:rsidR="00E07196" w:rsidRPr="00530E0F" w:rsidRDefault="00E07196" w:rsidP="00E07196">
            <w:pPr>
              <w:tabs>
                <w:tab w:val="left" w:pos="242"/>
                <w:tab w:val="center" w:pos="1393"/>
              </w:tabs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ab/>
            </w:r>
            <w:r w:rsidRPr="00530E0F">
              <w:rPr>
                <w:rFonts w:ascii="Calibri" w:hAnsi="Calibri" w:cs="Calibri"/>
                <w:sz w:val="20"/>
                <w:szCs w:val="20"/>
              </w:rPr>
              <w:tab/>
              <w:t>{customer_contact_person}</w:t>
            </w:r>
          </w:p>
        </w:tc>
      </w:tr>
      <w:tr w:rsidR="00E07196" w:rsidRPr="008E5764" w:rsidTr="00E07196">
        <w:tc>
          <w:tcPr>
            <w:tcW w:w="6829" w:type="dxa"/>
            <w:gridSpan w:val="7"/>
            <w:vMerge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7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010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{customer_contact_number}</w:t>
            </w:r>
          </w:p>
        </w:tc>
      </w:tr>
      <w:tr w:rsidR="00E07196" w:rsidRPr="008E5764" w:rsidTr="00E07196">
        <w:tc>
          <w:tcPr>
            <w:tcW w:w="6829" w:type="dxa"/>
            <w:gridSpan w:val="7"/>
            <w:vMerge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7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010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{customer_email_id}</w:t>
            </w:r>
          </w:p>
        </w:tc>
      </w:tr>
      <w:tr w:rsidR="00E07196" w:rsidRPr="008E5764" w:rsidTr="00E07196">
        <w:tc>
          <w:tcPr>
            <w:tcW w:w="6829" w:type="dxa"/>
            <w:gridSpan w:val="7"/>
            <w:vMerge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77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010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{customer_website}</w:t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530E0F" w:rsidRDefault="00E07196" w:rsidP="00E071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Nature of Complaints: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{equipment_nature_of_complaints}</w:t>
            </w:r>
          </w:p>
        </w:tc>
      </w:tr>
      <w:tr w:rsidR="00E07196" w:rsidRPr="008E5764" w:rsidTr="00E07196">
        <w:tc>
          <w:tcPr>
            <w:tcW w:w="4487" w:type="dxa"/>
            <w:gridSpan w:val="5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Serial Number: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{serial_number}</w:t>
            </w:r>
          </w:p>
        </w:tc>
        <w:tc>
          <w:tcPr>
            <w:tcW w:w="3519" w:type="dxa"/>
            <w:gridSpan w:val="3"/>
          </w:tcPr>
          <w:p w:rsidR="00E07196" w:rsidRPr="00530E0F" w:rsidRDefault="00E07196" w:rsidP="00E071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Model: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{equipment_model}</w:t>
            </w:r>
          </w:p>
        </w:tc>
        <w:tc>
          <w:tcPr>
            <w:tcW w:w="3010" w:type="dxa"/>
            <w:gridSpan w:val="3"/>
          </w:tcPr>
          <w:p w:rsidR="00E07196" w:rsidRPr="00530E0F" w:rsidRDefault="00E07196" w:rsidP="00E071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Capic: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{equipment_capic}</w:t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530E0F" w:rsidRDefault="00E07196" w:rsidP="00E071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Product: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{equipment_product}</w:t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530E0F" w:rsidRDefault="00E07196" w:rsidP="00E07196">
            <w:pPr>
              <w:tabs>
                <w:tab w:val="left" w:pos="2073"/>
              </w:tabs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Configuration: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{equipment_configuration}</w:t>
            </w:r>
            <w:r w:rsidRPr="00530E0F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530E0F" w:rsidRDefault="00E07196" w:rsidP="00E0719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Battery Details: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{equipment_battery_details}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Type of Faults</w:t>
            </w:r>
          </w:p>
        </w:tc>
        <w:tc>
          <w:tcPr>
            <w:tcW w:w="9891" w:type="dxa"/>
            <w:gridSpan w:val="10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{equipment_type_of_faults}</w:t>
            </w:r>
          </w:p>
        </w:tc>
      </w:tr>
      <w:tr w:rsidR="00E07196" w:rsidRPr="008E5764" w:rsidTr="00E07196">
        <w:trPr>
          <w:trHeight w:val="376"/>
        </w:trPr>
        <w:tc>
          <w:tcPr>
            <w:tcW w:w="2335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Complaint Details</w:t>
            </w:r>
          </w:p>
        </w:tc>
        <w:tc>
          <w:tcPr>
            <w:tcW w:w="8681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{complaint_details}</w:t>
            </w:r>
          </w:p>
        </w:tc>
      </w:tr>
      <w:tr w:rsidR="00E07196" w:rsidRPr="008E5764" w:rsidTr="00E07196">
        <w:trPr>
          <w:trHeight w:val="376"/>
        </w:trPr>
        <w:tc>
          <w:tcPr>
            <w:tcW w:w="2335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Diagnosis / Observation:</w:t>
            </w:r>
          </w:p>
        </w:tc>
        <w:tc>
          <w:tcPr>
            <w:tcW w:w="8681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{complaint_diagnosis_observation}</w:t>
            </w:r>
          </w:p>
        </w:tc>
      </w:tr>
      <w:tr w:rsidR="00E07196" w:rsidRPr="008E5764" w:rsidTr="00E07196">
        <w:trPr>
          <w:trHeight w:val="376"/>
        </w:trPr>
        <w:tc>
          <w:tcPr>
            <w:tcW w:w="2335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Collective Action / Remarks</w:t>
            </w:r>
          </w:p>
        </w:tc>
        <w:tc>
          <w:tcPr>
            <w:tcW w:w="8681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{complaint_collective_action_remarks}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362" w:type="dxa"/>
            <w:gridSpan w:val="4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I/P Volts</w:t>
            </w:r>
          </w:p>
        </w:tc>
        <w:tc>
          <w:tcPr>
            <w:tcW w:w="3519" w:type="dxa"/>
            <w:gridSpan w:val="3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O/P Volts</w:t>
            </w:r>
          </w:p>
        </w:tc>
        <w:tc>
          <w:tcPr>
            <w:tcW w:w="2392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Battery</w:t>
            </w:r>
          </w:p>
        </w:tc>
        <w:tc>
          <w:tcPr>
            <w:tcW w:w="618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Important</w:t>
            </w:r>
          </w:p>
        </w:tc>
        <w:tc>
          <w:tcPr>
            <w:tcW w:w="1210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RN</w:t>
            </w:r>
          </w:p>
        </w:tc>
        <w:tc>
          <w:tcPr>
            <w:tcW w:w="1032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YN</w:t>
            </w:r>
          </w:p>
        </w:tc>
        <w:tc>
          <w:tcPr>
            <w:tcW w:w="1120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BN</w:t>
            </w:r>
          </w:p>
        </w:tc>
        <w:tc>
          <w:tcPr>
            <w:tcW w:w="1176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RN</w:t>
            </w:r>
          </w:p>
        </w:tc>
        <w:tc>
          <w:tcPr>
            <w:tcW w:w="1166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YN</w:t>
            </w:r>
          </w:p>
        </w:tc>
        <w:tc>
          <w:tcPr>
            <w:tcW w:w="1177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BN</w:t>
            </w:r>
          </w:p>
        </w:tc>
        <w:tc>
          <w:tcPr>
            <w:tcW w:w="91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VOLT</w:t>
            </w:r>
          </w:p>
        </w:tc>
        <w:tc>
          <w:tcPr>
            <w:tcW w:w="148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AMP</w:t>
            </w:r>
          </w:p>
        </w:tc>
        <w:tc>
          <w:tcPr>
            <w:tcW w:w="618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1210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{ip_vol_RN}</w:t>
            </w:r>
          </w:p>
        </w:tc>
        <w:tc>
          <w:tcPr>
            <w:tcW w:w="1032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{ip_vol_YN}</w:t>
            </w:r>
          </w:p>
        </w:tc>
        <w:tc>
          <w:tcPr>
            <w:tcW w:w="1120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{ip_vol_BN}</w:t>
            </w:r>
          </w:p>
        </w:tc>
        <w:tc>
          <w:tcPr>
            <w:tcW w:w="1176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{op_vol_RN}</w:t>
            </w:r>
          </w:p>
        </w:tc>
        <w:tc>
          <w:tcPr>
            <w:tcW w:w="1166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{op_vol_YN}</w:t>
            </w:r>
          </w:p>
        </w:tc>
        <w:tc>
          <w:tcPr>
            <w:tcW w:w="1177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{op_vol_BN}</w:t>
            </w:r>
          </w:p>
        </w:tc>
        <w:tc>
          <w:tcPr>
            <w:tcW w:w="91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{bat_vol}</w:t>
            </w:r>
          </w:p>
        </w:tc>
        <w:tc>
          <w:tcPr>
            <w:tcW w:w="1481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{bat_amp}</w:t>
            </w:r>
          </w:p>
        </w:tc>
        <w:tc>
          <w:tcPr>
            <w:tcW w:w="618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92" w:type="dxa"/>
            <w:gridSpan w:val="8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099" w:type="dxa"/>
            <w:gridSpan w:val="2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{comp_replacedDesc1}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{comp_replacedQnt1}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{comp_replacedDesc2}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{comp_replacedQnt2}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{comp_replacedDesc3}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{comp_replacedQnt3}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{comp_replacedDesc4}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{comp_replacedQnt4}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{comp_replacedDesc5}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{comp_replacedQnt5}</w:t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92" w:type="dxa"/>
            <w:gridSpan w:val="8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099" w:type="dxa"/>
            <w:gridSpan w:val="2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{comp_need_replaceDesc1}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{comp_need_replaceQnt1}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{comp_need_replaceDesc2}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{comp_need_replaceQnt2}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{comp_need_replaceDesc3}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{comp_need_replaceQnt3}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{comp_need_replaceDesc4}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{comp_need_replaceQnt4}</w:t>
            </w:r>
          </w:p>
        </w:tc>
      </w:tr>
      <w:tr w:rsidR="00E07196" w:rsidRPr="008E5764" w:rsidTr="00E07196">
        <w:tc>
          <w:tcPr>
            <w:tcW w:w="1125" w:type="dxa"/>
          </w:tcPr>
          <w:p w:rsidR="00E07196" w:rsidRPr="00530E0F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530E0F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792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{comp_need_replaceDesc5}</w:t>
            </w:r>
          </w:p>
        </w:tc>
        <w:tc>
          <w:tcPr>
            <w:tcW w:w="2099" w:type="dxa"/>
            <w:gridSpan w:val="2"/>
          </w:tcPr>
          <w:p w:rsidR="00E07196" w:rsidRPr="00530E0F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530E0F">
              <w:rPr>
                <w:rFonts w:ascii="Calibri" w:hAnsi="Calibri" w:cs="Calibri"/>
                <w:sz w:val="18"/>
                <w:szCs w:val="18"/>
              </w:rPr>
              <w:t>{comp_need_replaceQnt5}</w:t>
            </w:r>
          </w:p>
        </w:tc>
      </w:tr>
      <w:tr w:rsidR="00E07196" w:rsidRPr="008E5764" w:rsidTr="00E07196">
        <w:trPr>
          <w:trHeight w:val="376"/>
        </w:trPr>
        <w:tc>
          <w:tcPr>
            <w:tcW w:w="11016" w:type="dxa"/>
            <w:gridSpan w:val="11"/>
          </w:tcPr>
          <w:p w:rsidR="00E07196" w:rsidRPr="00A747C7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A747C7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Technical Suggestion if </w:t>
            </w:r>
            <w:proofErr w:type="gramStart"/>
            <w:r w:rsidRPr="00A747C7">
              <w:rPr>
                <w:rFonts w:ascii="Calibri" w:hAnsi="Calibri" w:cs="Calibri"/>
                <w:b/>
                <w:bCs/>
                <w:sz w:val="16"/>
                <w:szCs w:val="16"/>
              </w:rPr>
              <w:t>any</w:t>
            </w:r>
            <w:r w:rsidRPr="00A747C7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:</w:t>
            </w:r>
            <w:proofErr w:type="gramEnd"/>
            <w:r w:rsidRPr="00A747C7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- </w:t>
            </w:r>
            <w:r w:rsidRPr="00530E0F">
              <w:rPr>
                <w:rFonts w:ascii="Calibri" w:hAnsi="Calibri" w:cs="Calibri"/>
                <w:sz w:val="20"/>
                <w:szCs w:val="20"/>
              </w:rPr>
              <w:t>{technical_suggestion}</w:t>
            </w:r>
          </w:p>
        </w:tc>
      </w:tr>
      <w:tr w:rsidR="00E07196" w:rsidRPr="008E5764" w:rsidTr="00E07196">
        <w:trPr>
          <w:trHeight w:val="376"/>
        </w:trPr>
        <w:tc>
          <w:tcPr>
            <w:tcW w:w="2335" w:type="dxa"/>
            <w:gridSpan w:val="3"/>
          </w:tcPr>
          <w:p w:rsidR="00E07196" w:rsidRPr="00A747C7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A747C7">
              <w:rPr>
                <w:rFonts w:ascii="Calibri" w:hAnsi="Calibri" w:cs="Calibri"/>
                <w:b/>
                <w:bCs/>
                <w:sz w:val="18"/>
                <w:szCs w:val="18"/>
              </w:rPr>
              <w:t>Customer Comments if any</w:t>
            </w:r>
          </w:p>
        </w:tc>
        <w:tc>
          <w:tcPr>
            <w:tcW w:w="8681" w:type="dxa"/>
            <w:gridSpan w:val="8"/>
          </w:tcPr>
          <w:p w:rsidR="00E07196" w:rsidRPr="00530E0F" w:rsidRDefault="00E07196" w:rsidP="00E07196">
            <w:pPr>
              <w:rPr>
                <w:rFonts w:ascii="Calibri" w:hAnsi="Calibri" w:cs="Calibri"/>
                <w:sz w:val="20"/>
                <w:szCs w:val="20"/>
              </w:rPr>
            </w:pPr>
            <w:r w:rsidRPr="00530E0F">
              <w:rPr>
                <w:rFonts w:ascii="Calibri" w:hAnsi="Calibri" w:cs="Calibri"/>
                <w:sz w:val="20"/>
                <w:szCs w:val="20"/>
              </w:rPr>
              <w:t>{customer_comment}</w:t>
            </w:r>
          </w:p>
        </w:tc>
      </w:tr>
      <w:tr w:rsidR="00E07196" w:rsidRPr="008E5764" w:rsidTr="00E07196">
        <w:tc>
          <w:tcPr>
            <w:tcW w:w="11016" w:type="dxa"/>
            <w:gridSpan w:val="11"/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E07196" w:rsidRPr="008E5764" w:rsidTr="00E07196">
        <w:trPr>
          <w:trHeight w:val="376"/>
        </w:trPr>
        <w:tc>
          <w:tcPr>
            <w:tcW w:w="3367" w:type="dxa"/>
            <w:gridSpan w:val="4"/>
            <w:vMerge w:val="restart"/>
          </w:tcPr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Customer Sign &amp; Seal</w:t>
            </w:r>
          </w:p>
          <w:p w:rsidR="00E07196" w:rsidRPr="00617190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{customer_sign_seal}</w:t>
            </w: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E07196" w:rsidRPr="00617190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Contact Name: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{contact_name}</w:t>
            </w: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lastRenderedPageBreak/>
              <w:t xml:space="preserve">Designation: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{contact_designation}</w:t>
            </w:r>
          </w:p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Contact Number: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{contact_number}</w:t>
            </w:r>
          </w:p>
        </w:tc>
        <w:tc>
          <w:tcPr>
            <w:tcW w:w="2296" w:type="dxa"/>
            <w:gridSpan w:val="2"/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lastRenderedPageBreak/>
              <w:t>Equipment is OK</w:t>
            </w:r>
          </w:p>
        </w:tc>
        <w:tc>
          <w:tcPr>
            <w:tcW w:w="1166" w:type="dxa"/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eq_is_ok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187" w:type="dxa"/>
            <w:gridSpan w:val="4"/>
            <w:vMerge w:val="restart"/>
          </w:tcPr>
          <w:p w:rsidR="00E07196" w:rsidRPr="00617190" w:rsidRDefault="00E07196" w:rsidP="00E07196">
            <w:pPr>
              <w:rPr>
                <w:rFonts w:ascii="Calibri" w:hAnsi="Calibri" w:cs="Calibri"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Connected </w:t>
            </w:r>
            <w:proofErr w:type="gramStart"/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Load:-</w:t>
            </w:r>
            <w:proofErr w:type="gramEnd"/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 w:rsidRPr="00617190">
              <w:rPr>
                <w:rFonts w:ascii="Calibri" w:hAnsi="Calibri" w:cs="Calibri"/>
                <w:sz w:val="18"/>
                <w:szCs w:val="18"/>
              </w:rPr>
              <w:t>{connected_load}</w:t>
            </w: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Engineer Name: {engineer_name}</w:t>
            </w:r>
          </w:p>
          <w:p w:rsidR="00E07196" w:rsidRPr="00617190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617190">
              <w:rPr>
                <w:rFonts w:ascii="Calibri" w:hAnsi="Calibri" w:cs="Calibri"/>
                <w:b/>
                <w:bCs/>
                <w:sz w:val="18"/>
                <w:szCs w:val="18"/>
              </w:rPr>
              <w:t>Engineer Contact: {engineer_contact}</w:t>
            </w:r>
          </w:p>
          <w:p w:rsidR="00E07196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E07196" w:rsidRPr="00992D95" w:rsidRDefault="00E07196" w:rsidP="00E0719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lastRenderedPageBreak/>
              <w:t>{engineer_digital_signature}</w:t>
            </w:r>
          </w:p>
        </w:tc>
      </w:tr>
      <w:tr w:rsidR="00E07196" w:rsidRPr="008E5764" w:rsidTr="00E07196">
        <w:trPr>
          <w:trHeight w:val="376"/>
        </w:trPr>
        <w:tc>
          <w:tcPr>
            <w:tcW w:w="3367" w:type="dxa"/>
            <w:gridSpan w:val="4"/>
            <w:vMerge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6" w:type="dxa"/>
            <w:gridSpan w:val="2"/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1166" w:type="dxa"/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{eq_n_ok}</w:t>
            </w:r>
          </w:p>
        </w:tc>
        <w:tc>
          <w:tcPr>
            <w:tcW w:w="4187" w:type="dxa"/>
            <w:gridSpan w:val="4"/>
            <w:vMerge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E07196" w:rsidRPr="008E5764" w:rsidTr="00E07196">
        <w:trPr>
          <w:trHeight w:val="400"/>
        </w:trPr>
        <w:tc>
          <w:tcPr>
            <w:tcW w:w="3367" w:type="dxa"/>
            <w:gridSpan w:val="4"/>
            <w:vMerge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6" w:type="dxa"/>
            <w:gridSpan w:val="2"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{CCO}</w:t>
            </w:r>
          </w:p>
        </w:tc>
        <w:tc>
          <w:tcPr>
            <w:tcW w:w="4187" w:type="dxa"/>
            <w:gridSpan w:val="4"/>
            <w:vMerge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E07196" w:rsidRPr="008E5764" w:rsidTr="00E07196">
        <w:trPr>
          <w:trHeight w:val="183"/>
        </w:trPr>
        <w:tc>
          <w:tcPr>
            <w:tcW w:w="3367" w:type="dxa"/>
            <w:gridSpan w:val="4"/>
            <w:vMerge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296" w:type="dxa"/>
            <w:gridSpan w:val="2"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:rsidR="00E07196" w:rsidRPr="00B96AC1" w:rsidRDefault="00E07196" w:rsidP="00E07196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{CC}</w:t>
            </w:r>
          </w:p>
        </w:tc>
        <w:tc>
          <w:tcPr>
            <w:tcW w:w="4187" w:type="dxa"/>
            <w:gridSpan w:val="4"/>
            <w:vMerge/>
            <w:tcBorders>
              <w:bottom w:val="single" w:sz="4" w:space="0" w:color="auto"/>
            </w:tcBorders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E07196" w:rsidRPr="008E5764" w:rsidTr="00E07196">
        <w:trPr>
          <w:trHeight w:val="762"/>
        </w:trPr>
        <w:tc>
          <w:tcPr>
            <w:tcW w:w="4487" w:type="dxa"/>
            <w:gridSpan w:val="5"/>
            <w:vAlign w:val="center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519" w:type="dxa"/>
            <w:gridSpan w:val="3"/>
            <w:vAlign w:val="center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010" w:type="dxa"/>
            <w:gridSpan w:val="3"/>
            <w:vAlign w:val="center"/>
          </w:tcPr>
          <w:p w:rsidR="00E07196" w:rsidRPr="008E5764" w:rsidRDefault="00E07196" w:rsidP="00E07196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E07196" w:rsidRDefault="00E07196">
      <w:r>
        <w:br w:type="page"/>
      </w:r>
    </w:p>
    <w:p w:rsidR="00927C05" w:rsidRPr="00D15192" w:rsidRDefault="00927C05" w:rsidP="00465CF0">
      <w:pPr>
        <w:jc w:val="center"/>
        <w:rPr>
          <w:rFonts w:ascii="Calibri" w:hAnsi="Calibri" w:cs="Calibri"/>
          <w:sz w:val="15"/>
          <w:szCs w:val="15"/>
        </w:rPr>
      </w:pPr>
    </w:p>
    <w:sectPr w:rsidR="00927C05" w:rsidRPr="00D15192" w:rsidSect="008608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453" w:right="720" w:bottom="720" w:left="720" w:header="22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7BCE" w:rsidRDefault="00067BCE" w:rsidP="00D15192">
      <w:pPr>
        <w:spacing w:after="0" w:line="240" w:lineRule="auto"/>
      </w:pPr>
      <w:r>
        <w:separator/>
      </w:r>
    </w:p>
  </w:endnote>
  <w:endnote w:type="continuationSeparator" w:id="0">
    <w:p w:rsidR="00067BCE" w:rsidRDefault="00067BCE" w:rsidP="00D1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6083B" w:rsidRDefault="008608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6083B" w:rsidRDefault="008608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6083B" w:rsidRDefault="008608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7BCE" w:rsidRDefault="00067BCE" w:rsidP="00D15192">
      <w:pPr>
        <w:spacing w:after="0" w:line="240" w:lineRule="auto"/>
      </w:pPr>
      <w:r>
        <w:separator/>
      </w:r>
    </w:p>
  </w:footnote>
  <w:footnote w:type="continuationSeparator" w:id="0">
    <w:p w:rsidR="00067BCE" w:rsidRDefault="00067BCE" w:rsidP="00D15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6083B" w:rsidRDefault="008608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5192" w:rsidRPr="00405F97" w:rsidRDefault="00D15192">
    <w:pPr>
      <w:pStyle w:val="Header"/>
      <w:rPr>
        <w:b/>
        <w:bCs/>
        <w:u w:val="single"/>
      </w:rPr>
    </w:pPr>
    <w:r w:rsidRPr="00405F97">
      <w:rPr>
        <w:b/>
        <w:bCs/>
        <w:u w:val="single"/>
      </w:rPr>
      <w:t>DUPLICATE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5192" w:rsidRPr="00405F97" w:rsidRDefault="00D15192">
    <w:pPr>
      <w:pStyle w:val="Header"/>
      <w:rPr>
        <w:b/>
        <w:bCs/>
        <w:u w:val="single"/>
      </w:rPr>
    </w:pPr>
    <w:r w:rsidRPr="00405F97">
      <w:rPr>
        <w:b/>
        <w:bCs/>
        <w:u w:val="single"/>
      </w:rPr>
      <w:t>ORIGINAL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3FB0"/>
    <w:rsid w:val="00034616"/>
    <w:rsid w:val="00053A22"/>
    <w:rsid w:val="0006063C"/>
    <w:rsid w:val="00067BCE"/>
    <w:rsid w:val="0013333C"/>
    <w:rsid w:val="0015074B"/>
    <w:rsid w:val="0019126C"/>
    <w:rsid w:val="001C2D35"/>
    <w:rsid w:val="001E43BC"/>
    <w:rsid w:val="001E56BA"/>
    <w:rsid w:val="001F2C16"/>
    <w:rsid w:val="002673EE"/>
    <w:rsid w:val="00281FB4"/>
    <w:rsid w:val="0029530E"/>
    <w:rsid w:val="0029639D"/>
    <w:rsid w:val="002F6812"/>
    <w:rsid w:val="00326F90"/>
    <w:rsid w:val="003F2D4D"/>
    <w:rsid w:val="00405F97"/>
    <w:rsid w:val="00452357"/>
    <w:rsid w:val="00465CF0"/>
    <w:rsid w:val="004839C4"/>
    <w:rsid w:val="004B0468"/>
    <w:rsid w:val="00530E0F"/>
    <w:rsid w:val="006056F0"/>
    <w:rsid w:val="0061455C"/>
    <w:rsid w:val="00617190"/>
    <w:rsid w:val="00642752"/>
    <w:rsid w:val="007E65FE"/>
    <w:rsid w:val="007F6F22"/>
    <w:rsid w:val="00810B34"/>
    <w:rsid w:val="00813B3F"/>
    <w:rsid w:val="0086083B"/>
    <w:rsid w:val="008A245F"/>
    <w:rsid w:val="008E5764"/>
    <w:rsid w:val="008F55D4"/>
    <w:rsid w:val="00927C05"/>
    <w:rsid w:val="00992D95"/>
    <w:rsid w:val="009A3905"/>
    <w:rsid w:val="009A590D"/>
    <w:rsid w:val="00A42B2A"/>
    <w:rsid w:val="00A747C7"/>
    <w:rsid w:val="00AA1D8D"/>
    <w:rsid w:val="00AF1173"/>
    <w:rsid w:val="00B47730"/>
    <w:rsid w:val="00B96AC1"/>
    <w:rsid w:val="00C30D34"/>
    <w:rsid w:val="00C352AD"/>
    <w:rsid w:val="00CB0664"/>
    <w:rsid w:val="00CB4EAC"/>
    <w:rsid w:val="00D15192"/>
    <w:rsid w:val="00D60C50"/>
    <w:rsid w:val="00D75F85"/>
    <w:rsid w:val="00DB4135"/>
    <w:rsid w:val="00DE70AE"/>
    <w:rsid w:val="00E07196"/>
    <w:rsid w:val="00E101A6"/>
    <w:rsid w:val="00E172B9"/>
    <w:rsid w:val="00ED500A"/>
    <w:rsid w:val="00FC693F"/>
    <w:rsid w:val="00FE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ECACF0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63</cp:revision>
  <dcterms:created xsi:type="dcterms:W3CDTF">2013-12-23T23:15:00Z</dcterms:created>
  <dcterms:modified xsi:type="dcterms:W3CDTF">2026-01-20T11:01:00Z</dcterms:modified>
  <cp:category/>
</cp:coreProperties>
</file>