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6"/>
        <w:gridCol w:w="155"/>
        <w:gridCol w:w="868"/>
        <w:gridCol w:w="1017"/>
        <w:gridCol w:w="1023"/>
        <w:gridCol w:w="1019"/>
        <w:gridCol w:w="982"/>
        <w:gridCol w:w="1114"/>
        <w:gridCol w:w="1021"/>
        <w:gridCol w:w="1102"/>
        <w:gridCol w:w="879"/>
      </w:tblGrid>
      <w:tr w:rsidR="00465CF0" w:rsidRPr="008E5764" w:rsidTr="004708E8">
        <w:tc>
          <w:tcPr>
            <w:tcW w:w="11016" w:type="dxa"/>
            <w:gridSpan w:val="11"/>
          </w:tcPr>
          <w:p w:rsidR="00465CF0" w:rsidRPr="008E5764" w:rsidRDefault="00465CF0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FIELD SERVICE REPORT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 w:val="restart"/>
            <w:tcBorders>
              <w:right w:val="nil"/>
            </w:tcBorders>
          </w:tcPr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noProof/>
                <w:sz w:val="18"/>
                <w:szCs w:val="18"/>
              </w:rPr>
              <w:drawing>
                <wp:inline distT="0" distB="0" distL="0" distR="0">
                  <wp:extent cx="1121308" cy="649538"/>
                  <wp:effectExtent l="0" t="0" r="0" b="0"/>
                  <wp:docPr id="21041874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187426" name="Picture 21041874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824" cy="663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A590D" w:rsidRPr="009A590D" w:rsidRDefault="009A590D" w:rsidP="009A590D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9A590D">
              <w:rPr>
                <w:rFonts w:ascii="Calibri" w:hAnsi="Calibri" w:cs="Calibri"/>
                <w:sz w:val="15"/>
                <w:szCs w:val="15"/>
              </w:rPr>
              <w:t>ISO Cer</w:t>
            </w:r>
            <w:r w:rsidR="00022F2B">
              <w:rPr>
                <w:rFonts w:ascii="Calibri" w:hAnsi="Calibri" w:cs="Calibri"/>
                <w:sz w:val="15"/>
                <w:szCs w:val="15"/>
              </w:rPr>
              <w:t>t</w:t>
            </w:r>
            <w:r w:rsidRPr="009A590D">
              <w:rPr>
                <w:rFonts w:ascii="Calibri" w:hAnsi="Calibri" w:cs="Calibri"/>
                <w:sz w:val="15"/>
                <w:szCs w:val="15"/>
              </w:rPr>
              <w:t>ified 9001-2015</w:t>
            </w:r>
          </w:p>
        </w:tc>
        <w:tc>
          <w:tcPr>
            <w:tcW w:w="6529" w:type="dxa"/>
            <w:gridSpan w:val="6"/>
            <w:vMerge w:val="restart"/>
            <w:tcBorders>
              <w:left w:val="nil"/>
            </w:tcBorders>
          </w:tcPr>
          <w:p w:rsidR="002673EE" w:rsidRPr="008E5764" w:rsidRDefault="002673EE" w:rsidP="002673EE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5764">
              <w:rPr>
                <w:rFonts w:ascii="Calibri" w:hAnsi="Calibri" w:cs="Calibri"/>
                <w:b/>
                <w:bCs/>
                <w:sz w:val="28"/>
                <w:szCs w:val="28"/>
              </w:rPr>
              <w:t>TriStar Engineers &amp; Services</w:t>
            </w: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D-514, Kalindi Vihar, Agra M#9045254014, 4016, 4012, 9557528916</w:t>
            </w:r>
          </w:p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Email- support@tristarengineer.com, tses</w:t>
            </w:r>
            <w:r w:rsidR="00022F2B">
              <w:rPr>
                <w:rFonts w:ascii="Calibri" w:hAnsi="Calibri" w:cs="Calibri"/>
                <w:b/>
                <w:bCs/>
                <w:sz w:val="18"/>
                <w:szCs w:val="18"/>
              </w:rPr>
              <w:t>agra</w:t>
            </w: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@gmail.com</w:t>
            </w: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3245" w:type="dxa"/>
            <w:gridSpan w:val="3"/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CRM ID: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 xml:space="preserve">fzgshs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</w:t>
            </w:r>
          </w:p>
        </w:tc>
        <w:tc>
          <w:tcPr>
            <w:tcW w:w="110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Date</w:t>
            </w:r>
          </w:p>
        </w:tc>
        <w:tc>
          <w:tcPr>
            <w:tcW w:w="1058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Time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Received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2025-11-16</w:t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Attended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2025-11-17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Cognised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2025-11-18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6436" w:type="dxa"/>
            <w:gridSpan w:val="7"/>
            <w:vMerge w:val="restart"/>
          </w:tcPr>
          <w:p w:rsidR="003F2D4D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Name &amp; Address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: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 </w:t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abc cocccccmpany</w:t>
            </w:r>
            <w:proofErr w:type="gramEnd"/>
            <w:r w:rsidR="002F6812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/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/>
            </w: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Person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vzhzhs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78979779787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ID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tsvzhzbsnns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Website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137FDF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Nature of Complaints: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Break Down, AMC, Unit Station Warranty, Other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4362" w:type="dxa"/>
            <w:gridSpan w:val="5"/>
          </w:tcPr>
          <w:p w:rsidR="003F2D4D" w:rsidRPr="00B96AC1" w:rsidRDefault="003F2D4D" w:rsidP="003F2D4D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Serial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3409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Model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czhzhzhsshs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3245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Capic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zhzjshbs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3519B3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Product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UPS, Battery, AHF, Concelver, Solar PCU, Invertor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710C67">
        <w:tc>
          <w:tcPr>
            <w:tcW w:w="11016" w:type="dxa"/>
            <w:gridSpan w:val="11"/>
          </w:tcPr>
          <w:p w:rsidR="003F2D4D" w:rsidRPr="00B96AC1" w:rsidRDefault="003F2D4D" w:rsidP="002F6812">
            <w:pPr>
              <w:tabs>
                <w:tab w:val="left" w:pos="2073"/>
              </w:tabs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Configuration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Parallel, Hot Standby, LBS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ab/>
            </w:r>
          </w:p>
        </w:tc>
      </w:tr>
      <w:tr w:rsidR="003F2D4D" w:rsidRPr="008E5764" w:rsidTr="0033313B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 Details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Type: A1, AH: 2, No of Batteries: 3, Make: 4, Batch No: 5, No of Strings: 6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B96AC1" w:rsidRPr="008E5764" w:rsidTr="00ED500A">
        <w:tc>
          <w:tcPr>
            <w:tcW w:w="1087" w:type="dxa"/>
          </w:tcPr>
          <w:p w:rsidR="00B96AC1" w:rsidRPr="008E5764" w:rsidRDefault="00B96AC1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Type of Faults</w:t>
            </w:r>
          </w:p>
        </w:tc>
        <w:tc>
          <w:tcPr>
            <w:tcW w:w="9929" w:type="dxa"/>
            <w:gridSpan w:val="10"/>
          </w:tcPr>
          <w:p w:rsidR="00B96AC1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Rectifier, Inverter, Control Supply, Static Switch, Low/High Volt Alarm, Low/High Volt Alarm, Over Head, Tripping, Miscellaneous Issue, Fault Indication, Arbitration Issues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Complaint Details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zvjzhzzhz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Diagnosis / Observation: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gzjshsjshsn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Collective Action / Remarks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gxhzjzjsjhs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Volts</w:t>
            </w:r>
          </w:p>
        </w:tc>
        <w:tc>
          <w:tcPr>
            <w:tcW w:w="2074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DC Output</w:t>
            </w:r>
          </w:p>
        </w:tc>
        <w:tc>
          <w:tcPr>
            <w:tcW w:w="1335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7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</w:t>
            </w:r>
          </w:p>
        </w:tc>
        <w:tc>
          <w:tcPr>
            <w:tcW w:w="1058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1102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fzhzhzh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1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gzbnznzz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676799797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gzhzhsjs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98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gzbzjzjs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gzhssjsj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10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gshshsjsj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1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98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10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Volts</w:t>
            </w:r>
          </w:p>
        </w:tc>
        <w:tc>
          <w:tcPr>
            <w:tcW w:w="3409" w:type="dxa"/>
            <w:gridSpan w:val="3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AMPS</w:t>
            </w:r>
          </w:p>
        </w:tc>
        <w:tc>
          <w:tcPr>
            <w:tcW w:w="2187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Earth Volt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108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PE</w:t>
            </w:r>
          </w:p>
        </w:tc>
        <w:tc>
          <w:tcPr>
            <w:tcW w:w="110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NE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gzjshsjs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1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egbsjsjs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54976776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syushshs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98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vxhzjzj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33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87977676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8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gxjzzjsj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10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fshsjjzjz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1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8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0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58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1F2C16" w:rsidRPr="008E5764" w:rsidTr="00BF1AE5">
        <w:tc>
          <w:tcPr>
            <w:tcW w:w="11016" w:type="dxa"/>
            <w:gridSpan w:val="11"/>
          </w:tcPr>
          <w:p w:rsidR="001F2C16" w:rsidRPr="008E5764" w:rsidRDefault="001F2C16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B46F8C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Replaced if any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component1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11</w:t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component2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12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F230E2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20256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Need to Replace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asda23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58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adagsg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25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ED500A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2D503D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DD3714">
        <w:trPr>
          <w:trHeight w:val="376"/>
        </w:trPr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Technical Suggestion if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any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-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hxjzjzzjzn</w:t>
            </w:r>
            <w:r w:rsidR="0061455C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ED500A">
        <w:tc>
          <w:tcPr>
            <w:tcW w:w="2179" w:type="dxa"/>
            <w:gridSpan w:val="3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Comments if any</w:t>
            </w:r>
          </w:p>
        </w:tc>
        <w:tc>
          <w:tcPr>
            <w:tcW w:w="8837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61455C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8A398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5C0A86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8937C6"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Reported Complaints have been Rectified, Servicing Done to Our Satisfaction. We agree to pay your Charges for the same if applicable</w:t>
            </w:r>
          </w:p>
        </w:tc>
      </w:tr>
      <w:tr w:rsidR="00AF1173" w:rsidRPr="008E5764" w:rsidTr="00161B05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 w:val="restart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Sign &amp; Seal</w:t>
            </w:r>
          </w:p>
          <w:p w:rsidR="00053A22" w:rsidRPr="00B96AC1" w:rsidRDefault="00B96AC1" w:rsidP="00053A22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B96AC1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Name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zfjzhzzjzj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Designation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fxhhzjsjs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88676797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OK</w:t>
            </w:r>
          </w:p>
        </w:tc>
        <w:tc>
          <w:tcPr>
            <w:tcW w:w="982" w:type="dxa"/>
          </w:tcPr>
          <w:p w:rsidR="00053A22" w:rsidRPr="00B96AC1" w:rsidRDefault="00B96AC1" w:rsidP="00053A22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YES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 w:val="restart"/>
          </w:tcPr>
          <w:p w:rsidR="00053A22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Connected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Load:-</w:t>
            </w:r>
            <w:proofErr w:type="gramEnd"/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jzhzjzjs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Engineer Name: gaurav gupta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Engineer Contact: 9302132132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Pr="00992D95" w:rsidRDefault="00992D95" w:rsidP="00053A22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92D95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GAURAV SINGHHHHHH</w:t>
            </w: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Not OK</w:t>
            </w:r>
          </w:p>
        </w:tc>
        <w:tc>
          <w:tcPr>
            <w:tcW w:w="982" w:type="dxa"/>
          </w:tcPr>
          <w:p w:rsidR="00053A22" w:rsidRPr="00B96AC1" w:rsidRDefault="002F6812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YES</w:t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400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Carried Over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YES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183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Chargeable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YES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053A22" w:rsidRPr="008E5764" w:rsidTr="007E6CBD">
        <w:tc>
          <w:tcPr>
            <w:tcW w:w="11016" w:type="dxa"/>
            <w:gridSpan w:val="11"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8E5764" w:rsidRPr="008E5764" w:rsidTr="00CB1920">
        <w:tc>
          <w:tcPr>
            <w:tcW w:w="11016" w:type="dxa"/>
            <w:gridSpan w:val="11"/>
          </w:tcPr>
          <w:p w:rsidR="008E5764" w:rsidRPr="008E5764" w:rsidRDefault="008E5764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762"/>
        </w:trPr>
        <w:tc>
          <w:tcPr>
            <w:tcW w:w="4362" w:type="dxa"/>
            <w:gridSpan w:val="5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Customer Care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Number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9045254014</w:t>
            </w:r>
          </w:p>
        </w:tc>
        <w:tc>
          <w:tcPr>
            <w:tcW w:w="3409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support@tristarengineer.com</w:t>
            </w:r>
          </w:p>
        </w:tc>
        <w:tc>
          <w:tcPr>
            <w:tcW w:w="3245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Tristarengineer.com</w:t>
            </w:r>
          </w:p>
        </w:tc>
      </w:tr>
    </w:tbl>
    <w:p w:rsidR="00927C05" w:rsidRPr="008E5764" w:rsidRDefault="00927C05" w:rsidP="00465CF0">
      <w:pPr>
        <w:jc w:val="center"/>
        <w:rPr>
          <w:rFonts w:ascii="Calibri" w:hAnsi="Calibri" w:cs="Calibri"/>
          <w:b/>
          <w:bCs/>
          <w:sz w:val="15"/>
          <w:szCs w:val="15"/>
        </w:rPr>
      </w:pPr>
    </w:p>
    <w:sectPr w:rsidR="00927C05" w:rsidRPr="008E5764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17462920">
    <w:abstractNumId w:val="8"/>
  </w:num>
  <w:num w:numId="2" w16cid:durableId="1549996163">
    <w:abstractNumId w:val="6"/>
  </w:num>
  <w:num w:numId="3" w16cid:durableId="494346201">
    <w:abstractNumId w:val="5"/>
  </w:num>
  <w:num w:numId="4" w16cid:durableId="433862548">
    <w:abstractNumId w:val="4"/>
  </w:num>
  <w:num w:numId="5" w16cid:durableId="2012877160">
    <w:abstractNumId w:val="7"/>
  </w:num>
  <w:num w:numId="6" w16cid:durableId="722562060">
    <w:abstractNumId w:val="3"/>
  </w:num>
  <w:num w:numId="7" w16cid:durableId="2111197000">
    <w:abstractNumId w:val="2"/>
  </w:num>
  <w:num w:numId="8" w16cid:durableId="883979786">
    <w:abstractNumId w:val="1"/>
  </w:num>
  <w:num w:numId="9" w16cid:durableId="219874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2F2B"/>
    <w:rsid w:val="00034616"/>
    <w:rsid w:val="00053A22"/>
    <w:rsid w:val="0006063C"/>
    <w:rsid w:val="0013333C"/>
    <w:rsid w:val="0015074B"/>
    <w:rsid w:val="0019126C"/>
    <w:rsid w:val="001C2D35"/>
    <w:rsid w:val="001E43BC"/>
    <w:rsid w:val="001F2C16"/>
    <w:rsid w:val="002673EE"/>
    <w:rsid w:val="00281FB4"/>
    <w:rsid w:val="0029530E"/>
    <w:rsid w:val="0029639D"/>
    <w:rsid w:val="002F6812"/>
    <w:rsid w:val="00326F90"/>
    <w:rsid w:val="003F2D4D"/>
    <w:rsid w:val="00452357"/>
    <w:rsid w:val="00465CF0"/>
    <w:rsid w:val="004839C4"/>
    <w:rsid w:val="004B0468"/>
    <w:rsid w:val="006056F0"/>
    <w:rsid w:val="0061455C"/>
    <w:rsid w:val="007E65FE"/>
    <w:rsid w:val="00813B3F"/>
    <w:rsid w:val="008E5764"/>
    <w:rsid w:val="00927C05"/>
    <w:rsid w:val="00992D95"/>
    <w:rsid w:val="009A3905"/>
    <w:rsid w:val="009A590D"/>
    <w:rsid w:val="00A42B2A"/>
    <w:rsid w:val="00AA1D8D"/>
    <w:rsid w:val="00AF1173"/>
    <w:rsid w:val="00B47730"/>
    <w:rsid w:val="00B96AC1"/>
    <w:rsid w:val="00C30D34"/>
    <w:rsid w:val="00C352AD"/>
    <w:rsid w:val="00CB0664"/>
    <w:rsid w:val="00D60C50"/>
    <w:rsid w:val="00D75F85"/>
    <w:rsid w:val="00DB4135"/>
    <w:rsid w:val="00DE70AE"/>
    <w:rsid w:val="00E101A6"/>
    <w:rsid w:val="00E172B9"/>
    <w:rsid w:val="00ED50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67C8E6"/>
  <w14:defaultImageDpi w14:val="300"/>
  <w15:docId w15:val="{8B234AF9-C70E-804F-B8D5-7EFCCC12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465C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7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0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9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Shivam Sharma</cp:lastModifiedBy>
  <cp:revision>43</cp:revision>
  <dcterms:created xsi:type="dcterms:W3CDTF">2013-12-23T23:15:00Z</dcterms:created>
  <dcterms:modified xsi:type="dcterms:W3CDTF">2025-11-26T08:57:00Z</dcterms:modified>
  <cp:category/>
</cp:coreProperties>
</file>